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עולים וחנ"מ – אוצר מילים 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בלשון: חלקי דיבר, פיסוק, מילים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במונחי הבנת הנקרא ומילות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השפה הלימודית באמצעות התאמה, מילוי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- מושגים בלשון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עליז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 - מונח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(מילה שמציינת אדם, חיה, דבר או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(מילה שמציינת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(מילה שמחליפה שם של אדם, כמו אני או הוא)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שמחברת בין חלקים במשפט)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סימן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מקשרת בין מילים ומציינת מיקום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נקודה מסמנת סוף משפט, פסיק מפריד בתוך המשפט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תקין שבו שלושת חלקי הדיבר מופיעים ומסומנים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ופועל נכונים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כל שאלה בקול ולתת לתלמידים לענות בהצבעה על כרטיס עם 3 אפשרויות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בזוגות, במיוחד בתרגיל ההתאמה וההשלמה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פריטים עם skip_n מיועדים לתלמידים מתקדמים יותר, ניתן לדלג עליהם בדף המותאם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עולים וחנ"מ – אוצר מילים לשוני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המילים החשובות שפוגשים במסע הלשון: שמות עצם, פעלים, סימני פיסוק, מילים נרדפות ועוד מונחים מעולם ההבנה.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פועל  ·  סימן שאלה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- מושגים בלשון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מהמילים הבאות היא מילת יחס?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סימן פיסוק מסמן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סימן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מילה נרדפת למילה "שמח"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התאמה - מונח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מילה שמחברת בין חלקים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שמחליפה שם של אדם, כמו אני או הוא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שמציינת אדם, חיה, דבר או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מילה שמציינת 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בסוף משפט שאלה שמים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"רץ"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"על" היא מילת יחס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פסיק מסמן סוף משפט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שיש בו שם עצם, פועל ושם תואר, וסמנו כל חלק דיבר בקו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לשם עצם ודוגמה אחת לפועל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ההפך של המילה "קטן"?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עולים וחנ"מ – אוצר מילים לשוני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