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בלשון: חלקי דיבר, פיסוק,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הבנת הנקרא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השפה הלימודית באמצעות התאמה, מילוי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יחידת אותיות שבונה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מבנה קבוע לבניית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מונח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שמציינת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שמחליפה שם של אדם, כמו אני או 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שמחברת בין חלקים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(ביטוי קבוע שמשמעותו שונה מהמילים שבו)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מקשרת בין מילים ומציינת מיקום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נקודה מסמנת סוף משפט, פסיק מפריד בתוך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המשמעות של הניב שונה מהמילים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המילים נבנות מאותן אותיות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הסקה היא מסקנה שלא כתובה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שלושת חלקי הדיבר מופיעים ומסומנים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ברור ונכון של המונח עם דוגמה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ופועל נכונים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ולתת לתלמידים לענות בהצבעה על כרטיס עם 3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בזוגות, במיוחד בתרגיל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מיועדים לתלמידים מתקדמים יותר, ניתן לדלג עליהם בדף המותאם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קצרות וחשובות בעברית: שם עצם, פועל, פיסוק, מילה נרדפת. נתרגל אותן לאט ובעזרת 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פעולה, מה 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שמקשרת בין מילים במשפט, כמו על, ב, 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משמעות דומה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הפוכה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שמבינים מהטקסט בלי שהיא כתובה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שואלים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יחידת אותיות שבונה 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במשמעות למילה 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קבוע לבניית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מונח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שמחליפה שם של אדם, כמו אני או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שמחברת בין חלקים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ביטוי קבוע שמשמעותו שונה מהמילים שבו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"רץ"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"שולחן"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הקישור "כי" מביעה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"לכן" מביעה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"על" היא מילת יחס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מסמן סוף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מאותו שורש נקראות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העתקה מדויקת של פרט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פועל ושם תואר, וסמנו כל חלק דיבר בקו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מונח חדש שלמדתם מרשימת המונחים והסבירו במילים שלכם מה פירושו, עם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עצם ודוגמה אחת לפועל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של המילה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סימן פיסוק שמים בסוף משפט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וחנ"מ – אוצר מילים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