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עולים וחנ"מ – אוצר מילים לשוני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בלשון: חלקי דיבר, פיסוק, מילים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במונחי הבנת הנקרא ומילות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השפה הלימודית באמצעות התאמה, מילוי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מושגים בלשון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יחידת אותיות שבונה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מבנה קבוע לבניית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- מונח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(מילה שמציינת אדם, חיה, דבר או 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(מילה שמציינת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(מילה שמחליפה שם של אדם, כמו אני או הוא)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(מילה שמחברת בין חלקים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(ביטוי קבוע שמשמעותו שונה מהמילים שבו)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מקשרת בין מילים ומציינת מיקום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נקודה מסמנת סוף משפט, פסיק מפריד בתוך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המשמעות של הניב שונה מהמילים 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המילים נבנות מאותן אותיות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הסקה היא מסקנה שלא כתובה במפורש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שבו שלושת חלקי הדיבר מופיעים ומסומנים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ברור ונכון של המונח עם דוגמה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ופועל נכונים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נקודה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כל שאלה בקול ולתת לתלמידים לענות בהצבעה על כרטיס עם 3 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בזוגות, במיוחד בתרגיל ההתאמה וההשלמה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פריטים עם skip_n מיועדים לתלמידים מתקדמים יותר, ניתן לדלג עליהם בדף המותאם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עולים וחנ"מ – אוצר מילים לשוני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המילים החשובות שפוגשים במסע הלשון: שמות עצם, פעלים, סימני פיסוק, מילים נרדפות ועוד מונחים מעולם ההבנה.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מושגים בלשון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הבאות היא מילת יחס?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סימן פיסוק מסמן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נקודתיים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"שורש" במילה?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חלק דיבר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יחידת אותיות שבונה משפחת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מילה נרדפת למילה "שמח"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ההפך של המילה "גדול"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"תבנית" בלשון?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מבנה קבוע לבניית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קישור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- מונח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ביטוי קבוע שמשמעותו שונה מהמילים שבו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שמציינת אדם, חיה, דבר או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כינוי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שמציינת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מילה שמחליפה שם של אדם, כמו אני או הוא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שמחברת בין חלקים במשפט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בסוף משפט שאלה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"רץ"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"שולחן"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מילת הקישור "כי" מביעה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מילת הקישור "לכן" מביעה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"על" היא מילת יחס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פסיק מסמן סוף 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 הוא ביטוי שאפשר להבין מילה במילה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מאותו שורש נקראות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הסקה היא העתקה מדויקת של פרט מהטקסט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שם עצם, פועל ושם תואר, וסמנו כל חלק דיבר בקו אחר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מונח חדש שלמדתם מרשימת המונחים והסבירו במילים שלכם מה פירושו, עם דוגמה משלכם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לשם עצם ודוגמה אחת לפועל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ההפך של המילה "קטן"?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סימן פיסוק שמים בסוף משפט רגיל?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עולים וחנ"מ – אוצר מילים לשוני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